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883A4" w14:textId="77777777" w:rsidR="0045255F" w:rsidRDefault="0071514F">
      <w:pPr>
        <w:jc w:val="right"/>
      </w:pPr>
      <w:r>
        <w:rPr>
          <w:i/>
          <w:sz w:val="20"/>
        </w:rPr>
        <w:t>Załącznik nr 2 do oferty</w:t>
      </w:r>
    </w:p>
    <w:p w14:paraId="1A2EDAAF" w14:textId="77777777" w:rsidR="0045255F" w:rsidRDefault="0071514F">
      <w:pPr>
        <w:jc w:val="center"/>
      </w:pPr>
      <w:r>
        <w:rPr>
          <w:b/>
          <w:sz w:val="28"/>
        </w:rPr>
        <w:t>OŚWIADCZENIE WYKONAWCY</w:t>
      </w:r>
    </w:p>
    <w:p w14:paraId="12883695" w14:textId="77777777" w:rsidR="0045255F" w:rsidRDefault="0071514F">
      <w:pPr>
        <w:jc w:val="center"/>
      </w:pPr>
      <w:r>
        <w:rPr>
          <w:b/>
          <w:sz w:val="24"/>
        </w:rPr>
        <w:t>o dysponowaniu osobami posiadającymi kwalifikacje niezbędne do realizacji zamówienia</w:t>
      </w:r>
    </w:p>
    <w:p w14:paraId="0EA29ECA" w14:textId="77777777" w:rsidR="0045255F" w:rsidRDefault="0071514F">
      <w:pPr>
        <w:jc w:val="center"/>
      </w:pPr>
      <w:r>
        <w:t>dla zadania pn.:</w:t>
      </w:r>
    </w:p>
    <w:p w14:paraId="0FB268C1" w14:textId="77777777" w:rsidR="0045255F" w:rsidRDefault="0071514F">
      <w:pPr>
        <w:jc w:val="center"/>
      </w:pPr>
      <w:r>
        <w:rPr>
          <w:b/>
        </w:rPr>
        <w:t>„Budowa instalacji fotowoltaicznej wraz z magazynem energii na budynku Urzędu Gminy Nozdrzec”</w:t>
      </w:r>
    </w:p>
    <w:p w14:paraId="4A695E86" w14:textId="77777777" w:rsidR="0045255F" w:rsidRDefault="0071514F">
      <w:r>
        <w:rPr>
          <w:b/>
        </w:rPr>
        <w:t>Dane Wykonawcy: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6236"/>
      </w:tblGrid>
      <w:tr w:rsidR="0045255F" w14:paraId="098D5105" w14:textId="77777777" w:rsidTr="0077405D">
        <w:trPr>
          <w:jc w:val="center"/>
        </w:trPr>
        <w:tc>
          <w:tcPr>
            <w:tcW w:w="2381" w:type="dxa"/>
            <w:shd w:val="clear" w:color="auto" w:fill="FFFFFF" w:themeFill="background1"/>
            <w:vAlign w:val="center"/>
          </w:tcPr>
          <w:p w14:paraId="475C0D2D" w14:textId="77777777" w:rsidR="0045255F" w:rsidRDefault="0071514F">
            <w:r>
              <w:rPr>
                <w:b/>
                <w:sz w:val="20"/>
              </w:rPr>
              <w:t>Nazwa / firma:</w:t>
            </w:r>
          </w:p>
        </w:tc>
        <w:tc>
          <w:tcPr>
            <w:tcW w:w="6236" w:type="dxa"/>
            <w:vAlign w:val="center"/>
          </w:tcPr>
          <w:p w14:paraId="317250AA" w14:textId="77777777" w:rsidR="0045255F" w:rsidRDefault="0071514F"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45255F" w14:paraId="0CED034E" w14:textId="77777777" w:rsidTr="0077405D">
        <w:trPr>
          <w:jc w:val="center"/>
        </w:trPr>
        <w:tc>
          <w:tcPr>
            <w:tcW w:w="2381" w:type="dxa"/>
            <w:shd w:val="clear" w:color="auto" w:fill="FFFFFF" w:themeFill="background1"/>
            <w:vAlign w:val="center"/>
          </w:tcPr>
          <w:p w14:paraId="0D69D655" w14:textId="77777777" w:rsidR="0045255F" w:rsidRDefault="0071514F">
            <w:r>
              <w:rPr>
                <w:b/>
                <w:sz w:val="20"/>
              </w:rPr>
              <w:t>Siedziba / adres:</w:t>
            </w:r>
          </w:p>
        </w:tc>
        <w:tc>
          <w:tcPr>
            <w:tcW w:w="6236" w:type="dxa"/>
            <w:vAlign w:val="center"/>
          </w:tcPr>
          <w:p w14:paraId="3050201F" w14:textId="77777777" w:rsidR="0045255F" w:rsidRDefault="0071514F"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45255F" w14:paraId="69F0EC07" w14:textId="77777777" w:rsidTr="0077405D">
        <w:trPr>
          <w:jc w:val="center"/>
        </w:trPr>
        <w:tc>
          <w:tcPr>
            <w:tcW w:w="2381" w:type="dxa"/>
            <w:shd w:val="clear" w:color="auto" w:fill="FFFFFF" w:themeFill="background1"/>
            <w:vAlign w:val="center"/>
          </w:tcPr>
          <w:p w14:paraId="7BA48A18" w14:textId="77777777" w:rsidR="0045255F" w:rsidRDefault="0071514F">
            <w:r>
              <w:rPr>
                <w:b/>
                <w:sz w:val="20"/>
              </w:rPr>
              <w:t>NIP:</w:t>
            </w:r>
          </w:p>
        </w:tc>
        <w:tc>
          <w:tcPr>
            <w:tcW w:w="6236" w:type="dxa"/>
            <w:vAlign w:val="center"/>
          </w:tcPr>
          <w:p w14:paraId="7252B4D9" w14:textId="77777777" w:rsidR="0045255F" w:rsidRDefault="0071514F"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45255F" w14:paraId="0E8EC2C8" w14:textId="77777777" w:rsidTr="0077405D">
        <w:trPr>
          <w:jc w:val="center"/>
        </w:trPr>
        <w:tc>
          <w:tcPr>
            <w:tcW w:w="2381" w:type="dxa"/>
            <w:shd w:val="clear" w:color="auto" w:fill="FFFFFF" w:themeFill="background1"/>
            <w:vAlign w:val="center"/>
          </w:tcPr>
          <w:p w14:paraId="5A9BCAD8" w14:textId="77777777" w:rsidR="0045255F" w:rsidRDefault="0071514F">
            <w:r>
              <w:rPr>
                <w:b/>
                <w:sz w:val="20"/>
              </w:rPr>
              <w:t>REGON:</w:t>
            </w:r>
          </w:p>
        </w:tc>
        <w:tc>
          <w:tcPr>
            <w:tcW w:w="6236" w:type="dxa"/>
            <w:vAlign w:val="center"/>
          </w:tcPr>
          <w:p w14:paraId="25C19570" w14:textId="77777777" w:rsidR="0045255F" w:rsidRDefault="0071514F"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</w:tbl>
    <w:p w14:paraId="15D32503" w14:textId="77777777" w:rsidR="0045255F" w:rsidRDefault="0071514F">
      <w:pPr>
        <w:spacing w:after="120"/>
        <w:ind w:firstLine="567"/>
        <w:jc w:val="both"/>
      </w:pPr>
      <w:r>
        <w:t>Działając w imieniu Wykonawcy, w związku z ubieganiem się o udzielenie zamówienia publicznego o wartości nieprzekraczającej 170 000 złotych, oświadczam/oświadczamy, że Wykonawca dysponuje albo będzie dysponował na etapie realizacji zamówienia osobami posiadającymi kwalifikacje niezbędne do należytego wykonania prac objętych przedmiotem zamówienia.</w:t>
      </w:r>
    </w:p>
    <w:p w14:paraId="603F99F6" w14:textId="77777777" w:rsidR="0045255F" w:rsidRDefault="0071514F">
      <w:pPr>
        <w:spacing w:after="120"/>
        <w:ind w:firstLine="567"/>
        <w:jc w:val="both"/>
      </w:pPr>
      <w:r>
        <w:t>Oświadczam/oświadczamy, że osoby skierowane do realizacji zamówienia posiadają wiedzę, doświadczenie oraz kwalifikacje wymagane do wykonania prac montażowych, instalacyjnych, elektrycznych, pomiarowych i uruchomieniowych dotyczących instalacji fotowoltaicznej wraz z magazynem energii, zgodnie z obowiązującymi przepisami prawa, właściwymi normami, zasadami wiedzy technicznej, dokumentacją zamówienia oraz instrukcjami producentów zastosowanych urządzeń i materiałów.</w:t>
      </w:r>
    </w:p>
    <w:p w14:paraId="03026337" w14:textId="77777777" w:rsidR="0045255F" w:rsidRDefault="0071514F">
      <w:pPr>
        <w:spacing w:after="120"/>
        <w:ind w:firstLine="567"/>
        <w:jc w:val="both"/>
      </w:pPr>
      <w:r>
        <w:t>Oświadczam/oświadczamy, że w zakresie, w jakim będzie to wymagane charakterem wykonywanych czynności, osoby skierowane do realizacji zamówienia będą posiadały wymagane prawem kwalifikacje, w szczególności do wykonywania prac przy urządzeniach, instalacjach i sieciach elektroenergetycznych.</w:t>
      </w:r>
    </w:p>
    <w:p w14:paraId="0DA4D73A" w14:textId="77777777" w:rsidR="0045255F" w:rsidRDefault="0071514F">
      <w:pPr>
        <w:spacing w:after="120"/>
        <w:ind w:firstLine="567"/>
        <w:jc w:val="both"/>
      </w:pPr>
      <w:r>
        <w:t>Zobowiązuję się/zobowiązujemy się, na wezwanie Zamawiającego, do przedłożenia dokumentów potwierdzających wymagane kwalifikacje osób skierowanych do realizacji zamówienia, w szczególności kopii aktualnych świadectw kwalifikacyjnych, uprawnień, certyfikatów lub innych równoważnych dokumentów potwierdzających możliwość wykonywania odpowiednich czynności.</w:t>
      </w:r>
    </w:p>
    <w:p w14:paraId="07E17FED" w14:textId="77777777" w:rsidR="0045255F" w:rsidRDefault="0071514F">
      <w:pPr>
        <w:spacing w:after="120"/>
        <w:ind w:firstLine="567"/>
        <w:jc w:val="both"/>
      </w:pPr>
      <w:r>
        <w:t>Oświadczam/oświadczamy, że wszystkie czynności objęte przedmiotem zamówienia zostaną wykonane przez osoby posiadające kwalifikacje odpowiednie do zakresu powierzonych im prac oraz z zachowaniem zasad bezpieczeństwa i należytej staranności.</w:t>
      </w:r>
    </w:p>
    <w:p w14:paraId="70F565E3" w14:textId="77777777" w:rsidR="0045255F" w:rsidRDefault="0071514F">
      <w:pPr>
        <w:spacing w:before="240"/>
      </w:pPr>
      <w:r>
        <w:t>............................................., dnia .................................. r.</w:t>
      </w:r>
    </w:p>
    <w:p w14:paraId="1152978D" w14:textId="77777777" w:rsidR="0045255F" w:rsidRDefault="0071514F">
      <w:pPr>
        <w:spacing w:before="600"/>
        <w:jc w:val="right"/>
      </w:pPr>
      <w:r>
        <w:t>........................................................................</w:t>
      </w:r>
    </w:p>
    <w:p w14:paraId="288CA6DC" w14:textId="77777777" w:rsidR="0045255F" w:rsidRDefault="0071514F">
      <w:pPr>
        <w:jc w:val="right"/>
      </w:pPr>
      <w:r>
        <w:rPr>
          <w:i/>
          <w:sz w:val="18"/>
        </w:rPr>
        <w:t>podpis osoby/osób uprawnionych do reprezentowania Wykonawcy</w:t>
      </w:r>
    </w:p>
    <w:p w14:paraId="36EA06F6" w14:textId="77777777" w:rsidR="0045255F" w:rsidRDefault="0071514F">
      <w:pPr>
        <w:spacing w:before="240"/>
        <w:jc w:val="both"/>
      </w:pPr>
      <w:r>
        <w:rPr>
          <w:i/>
          <w:sz w:val="18"/>
        </w:rPr>
        <w:t>Uwaga: Zamawiający zastrzega możliwość wezwania Wykonawcy do przedłożenia dokumentów potwierdzających kwalifikacje osób skierowanych do realizacji zamówienia.</w:t>
      </w:r>
    </w:p>
    <w:sectPr w:rsidR="0045255F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0182125">
    <w:abstractNumId w:val="8"/>
  </w:num>
  <w:num w:numId="2" w16cid:durableId="1285772494">
    <w:abstractNumId w:val="6"/>
  </w:num>
  <w:num w:numId="3" w16cid:durableId="413550924">
    <w:abstractNumId w:val="5"/>
  </w:num>
  <w:num w:numId="4" w16cid:durableId="899906091">
    <w:abstractNumId w:val="4"/>
  </w:num>
  <w:num w:numId="5" w16cid:durableId="1857453624">
    <w:abstractNumId w:val="7"/>
  </w:num>
  <w:num w:numId="6" w16cid:durableId="2123841346">
    <w:abstractNumId w:val="3"/>
  </w:num>
  <w:num w:numId="7" w16cid:durableId="517475587">
    <w:abstractNumId w:val="2"/>
  </w:num>
  <w:num w:numId="8" w16cid:durableId="1280180878">
    <w:abstractNumId w:val="1"/>
  </w:num>
  <w:num w:numId="9" w16cid:durableId="176680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255F"/>
    <w:rsid w:val="0071514F"/>
    <w:rsid w:val="0077405D"/>
    <w:rsid w:val="00AA1D8D"/>
    <w:rsid w:val="00B47730"/>
    <w:rsid w:val="00CB0664"/>
    <w:rsid w:val="00D131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293AC3"/>
  <w14:defaultImageDpi w14:val="300"/>
  <w15:docId w15:val="{26F6E4C4-E0E9-491A-9BAA-3410B303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Adrian Skubisz</cp:lastModifiedBy>
  <cp:revision>2</cp:revision>
  <dcterms:created xsi:type="dcterms:W3CDTF">2013-12-23T23:15:00Z</dcterms:created>
  <dcterms:modified xsi:type="dcterms:W3CDTF">2026-06-30T09:28:00Z</dcterms:modified>
  <cp:category/>
</cp:coreProperties>
</file>