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725BB" w14:textId="67015A3F" w:rsidR="00B264EB" w:rsidRDefault="000360D4">
      <w:pPr>
        <w:jc w:val="right"/>
      </w:pPr>
      <w:r>
        <w:rPr>
          <w:i/>
        </w:rPr>
        <w:t xml:space="preserve">Załącznik </w:t>
      </w:r>
      <w:r w:rsidR="000A3D87">
        <w:rPr>
          <w:i/>
        </w:rPr>
        <w:t xml:space="preserve">nr 1 </w:t>
      </w:r>
      <w:r>
        <w:rPr>
          <w:i/>
        </w:rPr>
        <w:t>do oferty</w:t>
      </w:r>
    </w:p>
    <w:p w14:paraId="2EEF3D84" w14:textId="77777777" w:rsidR="00B264EB" w:rsidRDefault="000360D4" w:rsidP="000A3D87">
      <w:pPr>
        <w:spacing w:after="0"/>
        <w:jc w:val="center"/>
      </w:pPr>
      <w:r>
        <w:rPr>
          <w:b/>
          <w:sz w:val="28"/>
        </w:rPr>
        <w:t>WYKAZ WYKONANYCH ZAMÓWIEŃ</w:t>
      </w:r>
    </w:p>
    <w:p w14:paraId="2B17CED7" w14:textId="77777777" w:rsidR="00B264EB" w:rsidRDefault="000360D4" w:rsidP="000A3D87">
      <w:pPr>
        <w:spacing w:after="0"/>
        <w:jc w:val="center"/>
      </w:pPr>
      <w:r>
        <w:t>potwierdzający posiadanie doświadczenia wymaganego przez Zamawiającego</w:t>
      </w:r>
    </w:p>
    <w:p w14:paraId="4B66D86F" w14:textId="77777777" w:rsidR="00B264EB" w:rsidRDefault="000360D4">
      <w:pPr>
        <w:spacing w:after="60"/>
      </w:pPr>
      <w:r>
        <w:rPr>
          <w:b/>
        </w:rPr>
        <w:t xml:space="preserve">Dotyczy zamówienia: </w:t>
      </w:r>
      <w:r>
        <w:t>„Budowa instalacji fotowoltaicznej wraz z magazynem energii na budynku Urzędu Gminy Nozdrzec”.</w:t>
      </w:r>
    </w:p>
    <w:p w14:paraId="4389FB5B" w14:textId="77777777" w:rsidR="00B264EB" w:rsidRDefault="000360D4">
      <w:pPr>
        <w:spacing w:after="120"/>
      </w:pPr>
      <w:r>
        <w:rPr>
          <w:b/>
        </w:rPr>
        <w:t xml:space="preserve">Nazwa i adres Wykonawcy: </w:t>
      </w:r>
      <w:r>
        <w:t>................................................................................................................................................................................................................</w:t>
      </w:r>
    </w:p>
    <w:p w14:paraId="1F7CB484" w14:textId="77777777" w:rsidR="00B264EB" w:rsidRDefault="000360D4">
      <w:pPr>
        <w:spacing w:after="120"/>
        <w:jc w:val="both"/>
      </w:pPr>
      <w:r>
        <w:t>Oświadczam/y, że w okresie ostatnich 5 lat przed upływem terminu składania ofert wykonaliśmy należycie następujące zamówienia: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48"/>
        <w:gridCol w:w="3402"/>
        <w:gridCol w:w="2551"/>
        <w:gridCol w:w="1701"/>
        <w:gridCol w:w="2721"/>
      </w:tblGrid>
      <w:tr w:rsidR="000A3D87" w14:paraId="697494B6" w14:textId="77777777" w:rsidTr="004E5CB4">
        <w:trPr>
          <w:tblHeader/>
          <w:jc w:val="center"/>
        </w:trPr>
        <w:tc>
          <w:tcPr>
            <w:tcW w:w="5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5F95B" w14:textId="77777777" w:rsidR="000A3D87" w:rsidRDefault="000A3D87">
            <w:pPr>
              <w:jc w:val="center"/>
            </w:pPr>
            <w:r>
              <w:rPr>
                <w:b/>
                <w:sz w:val="17"/>
              </w:rPr>
              <w:t>Lp.</w:t>
            </w:r>
          </w:p>
        </w:tc>
        <w:tc>
          <w:tcPr>
            <w:tcW w:w="294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BE3E2" w14:textId="77777777" w:rsidR="000A3D87" w:rsidRDefault="000A3D87">
            <w:pPr>
              <w:jc w:val="center"/>
            </w:pPr>
            <w:r>
              <w:rPr>
                <w:b/>
                <w:sz w:val="17"/>
              </w:rPr>
              <w:t>Przedmiot zamówienia / nazwa zadania</w:t>
            </w:r>
          </w:p>
        </w:tc>
        <w:tc>
          <w:tcPr>
            <w:tcW w:w="340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24E69" w14:textId="77777777" w:rsidR="000A3D87" w:rsidRDefault="000A3D87">
            <w:pPr>
              <w:jc w:val="center"/>
            </w:pPr>
            <w:r>
              <w:rPr>
                <w:b/>
                <w:sz w:val="17"/>
              </w:rPr>
              <w:t>Zakres zamówienia</w:t>
            </w:r>
            <w:r>
              <w:rPr>
                <w:b/>
                <w:sz w:val="17"/>
              </w:rPr>
              <w:br/>
              <w:t>(w tym moc instalacji PV i/lub informacja o magazynie energii)</w:t>
            </w:r>
          </w:p>
        </w:tc>
        <w:tc>
          <w:tcPr>
            <w:tcW w:w="255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6EEE7" w14:textId="77777777" w:rsidR="000A3D87" w:rsidRDefault="000A3D87">
            <w:pPr>
              <w:jc w:val="center"/>
            </w:pPr>
            <w:r>
              <w:rPr>
                <w:b/>
                <w:sz w:val="17"/>
              </w:rPr>
              <w:t>Podmiot, na rzecz którego zamówienie wykonano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80F2D" w14:textId="77777777" w:rsidR="000A3D87" w:rsidRDefault="000A3D87">
            <w:pPr>
              <w:jc w:val="center"/>
            </w:pPr>
            <w:r>
              <w:rPr>
                <w:b/>
                <w:sz w:val="17"/>
              </w:rPr>
              <w:t>Data wykonania / termin realizacji</w:t>
            </w:r>
          </w:p>
        </w:tc>
        <w:tc>
          <w:tcPr>
            <w:tcW w:w="272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3CF4C" w14:textId="77777777" w:rsidR="000A3D87" w:rsidRDefault="000A3D87">
            <w:pPr>
              <w:jc w:val="center"/>
            </w:pPr>
            <w:r>
              <w:rPr>
                <w:b/>
                <w:sz w:val="17"/>
              </w:rPr>
              <w:t>Dokument potwierdzający należyte wykonanie</w:t>
            </w:r>
            <w:r>
              <w:rPr>
                <w:b/>
                <w:sz w:val="17"/>
              </w:rPr>
              <w:br/>
              <w:t>(np. referencja, protokół odbioru)</w:t>
            </w:r>
          </w:p>
        </w:tc>
      </w:tr>
      <w:tr w:rsidR="000A3D87" w14:paraId="13C411E7" w14:textId="77777777">
        <w:trPr>
          <w:trHeight w:val="850"/>
          <w:jc w:val="center"/>
        </w:trPr>
        <w:tc>
          <w:tcPr>
            <w:tcW w:w="567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79FEDB" w14:textId="77777777" w:rsidR="000A3D87" w:rsidRDefault="000A3D87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94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32F140" w14:textId="77777777" w:rsidR="000A3D87" w:rsidRDefault="000A3D87"/>
        </w:tc>
        <w:tc>
          <w:tcPr>
            <w:tcW w:w="3402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C5DE7FD" w14:textId="77777777" w:rsidR="000A3D87" w:rsidRDefault="000A3D87"/>
        </w:tc>
        <w:tc>
          <w:tcPr>
            <w:tcW w:w="2551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999902E" w14:textId="77777777" w:rsidR="000A3D87" w:rsidRDefault="000A3D87"/>
        </w:tc>
        <w:tc>
          <w:tcPr>
            <w:tcW w:w="1701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3D0231" w14:textId="77777777" w:rsidR="000A3D87" w:rsidRDefault="000A3D87">
            <w:pPr>
              <w:jc w:val="center"/>
            </w:pPr>
          </w:p>
        </w:tc>
        <w:tc>
          <w:tcPr>
            <w:tcW w:w="2721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D53D29F" w14:textId="77777777" w:rsidR="000A3D87" w:rsidRDefault="000A3D87"/>
        </w:tc>
      </w:tr>
      <w:tr w:rsidR="000A3D87" w14:paraId="5BF1F9E0" w14:textId="77777777">
        <w:trPr>
          <w:trHeight w:val="850"/>
          <w:jc w:val="center"/>
        </w:trPr>
        <w:tc>
          <w:tcPr>
            <w:tcW w:w="567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EF935F" w14:textId="77777777" w:rsidR="000A3D87" w:rsidRDefault="000A3D87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94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F59626" w14:textId="77777777" w:rsidR="000A3D87" w:rsidRDefault="000A3D87"/>
        </w:tc>
        <w:tc>
          <w:tcPr>
            <w:tcW w:w="3402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8E2C91" w14:textId="77777777" w:rsidR="000A3D87" w:rsidRDefault="000A3D87"/>
        </w:tc>
        <w:tc>
          <w:tcPr>
            <w:tcW w:w="2551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50546C" w14:textId="77777777" w:rsidR="000A3D87" w:rsidRDefault="000A3D87"/>
        </w:tc>
        <w:tc>
          <w:tcPr>
            <w:tcW w:w="1701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C39158" w14:textId="77777777" w:rsidR="000A3D87" w:rsidRDefault="000A3D87">
            <w:pPr>
              <w:jc w:val="center"/>
            </w:pPr>
          </w:p>
        </w:tc>
        <w:tc>
          <w:tcPr>
            <w:tcW w:w="2721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17B7C6" w14:textId="77777777" w:rsidR="000A3D87" w:rsidRDefault="000A3D87"/>
        </w:tc>
      </w:tr>
      <w:tr w:rsidR="000A3D87" w14:paraId="1F04FD32" w14:textId="77777777">
        <w:trPr>
          <w:trHeight w:val="850"/>
          <w:jc w:val="center"/>
        </w:trPr>
        <w:tc>
          <w:tcPr>
            <w:tcW w:w="567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0BE322" w14:textId="77777777" w:rsidR="000A3D87" w:rsidRDefault="000A3D87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94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158A9B" w14:textId="77777777" w:rsidR="000A3D87" w:rsidRDefault="000A3D87"/>
        </w:tc>
        <w:tc>
          <w:tcPr>
            <w:tcW w:w="3402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17354DE" w14:textId="77777777" w:rsidR="000A3D87" w:rsidRDefault="000A3D87"/>
        </w:tc>
        <w:tc>
          <w:tcPr>
            <w:tcW w:w="2551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08BAC88" w14:textId="77777777" w:rsidR="000A3D87" w:rsidRDefault="000A3D87"/>
        </w:tc>
        <w:tc>
          <w:tcPr>
            <w:tcW w:w="1701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96695C1" w14:textId="77777777" w:rsidR="000A3D87" w:rsidRDefault="000A3D87">
            <w:pPr>
              <w:jc w:val="center"/>
            </w:pPr>
          </w:p>
        </w:tc>
        <w:tc>
          <w:tcPr>
            <w:tcW w:w="2721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D20B37" w14:textId="77777777" w:rsidR="000A3D87" w:rsidRDefault="000A3D87"/>
        </w:tc>
      </w:tr>
      <w:tr w:rsidR="000A3D87" w14:paraId="0C692F83" w14:textId="77777777">
        <w:trPr>
          <w:trHeight w:val="850"/>
          <w:jc w:val="center"/>
        </w:trPr>
        <w:tc>
          <w:tcPr>
            <w:tcW w:w="567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D723431" w14:textId="77777777" w:rsidR="000A3D87" w:rsidRDefault="000A3D87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94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490B26" w14:textId="77777777" w:rsidR="000A3D87" w:rsidRDefault="000A3D87"/>
        </w:tc>
        <w:tc>
          <w:tcPr>
            <w:tcW w:w="3402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A3D985B" w14:textId="77777777" w:rsidR="000A3D87" w:rsidRDefault="000A3D87"/>
        </w:tc>
        <w:tc>
          <w:tcPr>
            <w:tcW w:w="2551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0AB5F3" w14:textId="77777777" w:rsidR="000A3D87" w:rsidRDefault="000A3D87"/>
        </w:tc>
        <w:tc>
          <w:tcPr>
            <w:tcW w:w="1701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F2EB6A" w14:textId="77777777" w:rsidR="000A3D87" w:rsidRDefault="000A3D87">
            <w:pPr>
              <w:jc w:val="center"/>
            </w:pPr>
          </w:p>
        </w:tc>
        <w:tc>
          <w:tcPr>
            <w:tcW w:w="2721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74D702" w14:textId="77777777" w:rsidR="000A3D87" w:rsidRDefault="000A3D87"/>
        </w:tc>
      </w:tr>
      <w:tr w:rsidR="000A3D87" w14:paraId="64CA6D3A" w14:textId="77777777">
        <w:trPr>
          <w:trHeight w:val="850"/>
          <w:jc w:val="center"/>
        </w:trPr>
        <w:tc>
          <w:tcPr>
            <w:tcW w:w="567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A506884" w14:textId="77777777" w:rsidR="000A3D87" w:rsidRDefault="000A3D87">
            <w:pPr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948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9C66513" w14:textId="77777777" w:rsidR="000A3D87" w:rsidRDefault="000A3D87"/>
        </w:tc>
        <w:tc>
          <w:tcPr>
            <w:tcW w:w="3402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204A92" w14:textId="77777777" w:rsidR="000A3D87" w:rsidRDefault="000A3D87"/>
        </w:tc>
        <w:tc>
          <w:tcPr>
            <w:tcW w:w="2551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0D96D25" w14:textId="77777777" w:rsidR="000A3D87" w:rsidRDefault="000A3D87"/>
        </w:tc>
        <w:tc>
          <w:tcPr>
            <w:tcW w:w="1701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3D27CA" w14:textId="77777777" w:rsidR="000A3D87" w:rsidRDefault="000A3D87">
            <w:pPr>
              <w:jc w:val="center"/>
            </w:pPr>
          </w:p>
        </w:tc>
        <w:tc>
          <w:tcPr>
            <w:tcW w:w="2721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8F62B4" w14:textId="77777777" w:rsidR="000A3D87" w:rsidRDefault="000A3D87"/>
        </w:tc>
      </w:tr>
    </w:tbl>
    <w:p w14:paraId="44CD421B" w14:textId="77777777" w:rsidR="00B264EB" w:rsidRDefault="000360D4">
      <w:pPr>
        <w:spacing w:before="120" w:after="80"/>
        <w:jc w:val="both"/>
      </w:pPr>
      <w:r>
        <w:t>Do wykazu należy załączyć dokumenty potwierdzające należyte wykonanie wskazanych zamówień, np. referencje, protokoły odbioru lub inne równoważne dokumenty.</w:t>
      </w:r>
    </w:p>
    <w:p w14:paraId="116DDF34" w14:textId="77777777" w:rsidR="00B264EB" w:rsidRDefault="000360D4">
      <w:pPr>
        <w:spacing w:after="160"/>
        <w:jc w:val="both"/>
      </w:pPr>
      <w:r>
        <w:t>Oświadczam/y, że wszystkie informacje podane w niniejszym wykazie są aktualne i zgodne ze stanem faktycznym.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654"/>
        <w:gridCol w:w="7654"/>
      </w:tblGrid>
      <w:tr w:rsidR="00B264EB" w14:paraId="0E1468A1" w14:textId="77777777">
        <w:trPr>
          <w:jc w:val="center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875C1" w14:textId="77777777" w:rsidR="00B264EB" w:rsidRDefault="000360D4">
            <w:pPr>
              <w:jc w:val="center"/>
            </w:pPr>
            <w:r>
              <w:rPr>
                <w:sz w:val="18"/>
              </w:rPr>
              <w:t>....................................................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A38DE" w14:textId="77777777" w:rsidR="00B264EB" w:rsidRDefault="000360D4">
            <w:pPr>
              <w:jc w:val="center"/>
            </w:pPr>
            <w:r>
              <w:rPr>
                <w:sz w:val="18"/>
              </w:rPr>
              <w:t>....................................................</w:t>
            </w:r>
          </w:p>
        </w:tc>
      </w:tr>
      <w:tr w:rsidR="00B264EB" w14:paraId="3C063E88" w14:textId="77777777">
        <w:trPr>
          <w:jc w:val="center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EA302" w14:textId="77777777" w:rsidR="00B264EB" w:rsidRDefault="000360D4">
            <w:pPr>
              <w:jc w:val="center"/>
            </w:pPr>
            <w:r>
              <w:rPr>
                <w:sz w:val="18"/>
              </w:rPr>
              <w:t>miejscowość i data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0583F" w14:textId="77777777" w:rsidR="00B264EB" w:rsidRDefault="000360D4">
            <w:pPr>
              <w:jc w:val="center"/>
            </w:pPr>
            <w:r>
              <w:rPr>
                <w:sz w:val="18"/>
              </w:rPr>
              <w:t>podpis osoby uprawnionej do reprezentowania Wykonawcy</w:t>
            </w:r>
          </w:p>
        </w:tc>
      </w:tr>
    </w:tbl>
    <w:p w14:paraId="5699B27C" w14:textId="77777777" w:rsidR="006828A7" w:rsidRDefault="006828A7" w:rsidP="000A3D87"/>
    <w:sectPr w:rsidR="006828A7" w:rsidSect="00034616">
      <w:pgSz w:w="15840" w:h="12240" w:orient="landscape"/>
      <w:pgMar w:top="737" w:right="794" w:bottom="73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5756966">
    <w:abstractNumId w:val="8"/>
  </w:num>
  <w:num w:numId="2" w16cid:durableId="1714160569">
    <w:abstractNumId w:val="6"/>
  </w:num>
  <w:num w:numId="3" w16cid:durableId="701907312">
    <w:abstractNumId w:val="5"/>
  </w:num>
  <w:num w:numId="4" w16cid:durableId="274675174">
    <w:abstractNumId w:val="4"/>
  </w:num>
  <w:num w:numId="5" w16cid:durableId="1985743673">
    <w:abstractNumId w:val="7"/>
  </w:num>
  <w:num w:numId="6" w16cid:durableId="958534554">
    <w:abstractNumId w:val="3"/>
  </w:num>
  <w:num w:numId="7" w16cid:durableId="263149153">
    <w:abstractNumId w:val="2"/>
  </w:num>
  <w:num w:numId="8" w16cid:durableId="1074012334">
    <w:abstractNumId w:val="1"/>
  </w:num>
  <w:num w:numId="9" w16cid:durableId="251663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60D4"/>
    <w:rsid w:val="0006063C"/>
    <w:rsid w:val="000A3D87"/>
    <w:rsid w:val="0015074B"/>
    <w:rsid w:val="0029639D"/>
    <w:rsid w:val="00326F90"/>
    <w:rsid w:val="004E5CB4"/>
    <w:rsid w:val="006828A7"/>
    <w:rsid w:val="00AA1D8D"/>
    <w:rsid w:val="00B264EB"/>
    <w:rsid w:val="00B47730"/>
    <w:rsid w:val="00CB0664"/>
    <w:rsid w:val="00D131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35B070"/>
  <w14:defaultImageDpi w14:val="300"/>
  <w15:docId w15:val="{26F6E4C4-E0E9-491A-9BAA-3410B303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wykonanych zamówień</dc:title>
  <dc:subject>Załącznik do oferty</dc:subject>
  <dc:creator/>
  <cp:keywords/>
  <dc:description/>
  <cp:lastModifiedBy>Adrian Skubisz</cp:lastModifiedBy>
  <cp:revision>3</cp:revision>
  <dcterms:created xsi:type="dcterms:W3CDTF">2013-12-23T23:15:00Z</dcterms:created>
  <dcterms:modified xsi:type="dcterms:W3CDTF">2026-06-30T09:27:00Z</dcterms:modified>
  <cp:category/>
</cp:coreProperties>
</file>